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b/>
          <w:i w:val="0"/>
          <w:color w:val="1A2744"/>
          <w:sz w:val="48"/>
        </w:rPr>
        <w:t>[YOUR NAME]</w:t>
      </w:r>
    </w:p>
    <w:p>
      <w:pPr>
        <w:keepNext/>
        <w:spacing w:before="0" w:after="60"/>
      </w:pPr>
      <w:r>
        <w:rPr>
          <w:rFonts w:ascii="Arial" w:hAnsi="Arial"/>
          <w:b/>
          <w:i w:val="0"/>
          <w:color w:val="806515"/>
          <w:sz w:val="22"/>
        </w:rPr>
        <w:t>[TARGET ROLE]</w:t>
      </w:r>
    </w:p>
    <w:p>
      <w:pPr>
        <w:pStyle w:val="ResumeMeta"/>
        <w:spacing w:after="120"/>
      </w:pPr>
      <w:r>
        <w:rPr>
          <w:rFonts w:ascii="Arial" w:hAnsi="Arial"/>
          <w:b w:val="0"/>
          <w:i w:val="0"/>
          <w:color w:val="5E6676"/>
          <w:sz w:val="19"/>
        </w:rPr>
        <w:t>[Phone] | [Professional email] | [City, State] | [LinkedIn or portfolio]</w:t>
      </w:r>
    </w:p>
    <w:p>
      <w:pPr>
        <w:pStyle w:val="Heading1"/>
      </w:pPr>
      <w:r>
        <w:t>PROFESSIONAL SUMMARY</w:t>
      </w:r>
    </w:p>
    <w:p>
      <w:pPr>
        <w:keepLines/>
      </w:pPr>
      <w:r>
        <w:rPr>
          <w:rFonts w:ascii="Arial" w:hAnsi="Arial"/>
          <w:b w:val="0"/>
          <w:i w:val="0"/>
          <w:color w:val="202636"/>
          <w:sz w:val="21"/>
        </w:rPr>
        <w:t>[Write 2-3 sentences: target role, relevant experience, strongest verified skills, and the value you can bring.]</w:t>
      </w:r>
    </w:p>
    <w:p>
      <w:pPr>
        <w:pStyle w:val="Heading1"/>
      </w:pPr>
      <w:r>
        <w:t>CORE SKILLS</w:t>
      </w:r>
    </w:p>
    <w:p>
      <w:pPr>
        <w:keepLines/>
      </w:pPr>
      <w:r>
        <w:rPr>
          <w:rFonts w:ascii="Arial" w:hAnsi="Arial"/>
          <w:b w:val="0"/>
          <w:i w:val="0"/>
          <w:color w:val="202636"/>
          <w:sz w:val="21"/>
        </w:rPr>
        <w:t>[Skill 1] | [Skill 2] | [Skill 3] | [Skill 4] | [Skill 5] | [Skill 6]</w:t>
      </w:r>
    </w:p>
    <w:p>
      <w:pPr>
        <w:pStyle w:val="Heading1"/>
      </w:pPr>
      <w:r>
        <w:t>EMPLOYMENT EXPERIENCE</w:t>
      </w:r>
    </w:p>
    <w:p>
      <w:pPr>
        <w:pStyle w:val="ResumeEntry"/>
      </w:pPr>
      <w:r>
        <w:rPr>
          <w:rFonts w:ascii="Arial" w:hAnsi="Arial"/>
          <w:b/>
          <w:i w:val="0"/>
          <w:color w:val="202636"/>
          <w:sz w:val="21"/>
        </w:rPr>
        <w:t>[JOB TITLE] | [EMPLOYER], [CITY, STATE]</w:t>
      </w:r>
    </w:p>
    <w:p>
      <w:pPr>
        <w:pStyle w:val="ResumeMeta"/>
      </w:pPr>
      <w:r>
        <w:rPr>
          <w:rFonts w:ascii="Arial" w:hAnsi="Arial"/>
          <w:b w:val="0"/>
          <w:i w:val="0"/>
          <w:color w:val="5E6676"/>
          <w:sz w:val="19"/>
        </w:rPr>
        <w:t>[Month Year - Present]</w:t>
      </w:r>
    </w:p>
    <w:p>
      <w:pPr>
        <w:keepLines/>
        <w:numPr>
          <w:ilvl w:val="0"/>
          <w:numId w:val="10"/>
        </w:numPr>
        <w:spacing w:before="0" w:after="40" w:line="259" w:lineRule="auto"/>
      </w:pPr>
      <w:r>
        <w:rPr>
          <w:rFonts w:ascii="Arial" w:hAnsi="Arial"/>
          <w:b w:val="0"/>
          <w:i w:val="0"/>
          <w:color w:val="202636"/>
          <w:sz w:val="21"/>
        </w:rPr>
        <w:t>[Start with an action verb, describe what you did, and add a result you can verify.]</w:t>
      </w:r>
    </w:p>
    <w:p>
      <w:pPr>
        <w:keepLines/>
        <w:numPr>
          <w:ilvl w:val="0"/>
          <w:numId w:val="10"/>
        </w:numPr>
        <w:spacing w:before="0" w:after="40" w:line="259" w:lineRule="auto"/>
      </w:pPr>
      <w:r>
        <w:rPr>
          <w:rFonts w:ascii="Arial" w:hAnsi="Arial"/>
          <w:b w:val="0"/>
          <w:i w:val="0"/>
          <w:color w:val="202636"/>
          <w:sz w:val="21"/>
        </w:rPr>
        <w:t>[Show a relevant responsibility using the employer's or industry's plain language.]</w:t>
      </w:r>
    </w:p>
    <w:p>
      <w:pPr>
        <w:keepLines/>
        <w:numPr>
          <w:ilvl w:val="0"/>
          <w:numId w:val="10"/>
        </w:numPr>
        <w:spacing w:before="0" w:after="40" w:line="259" w:lineRule="auto"/>
      </w:pPr>
      <w:r>
        <w:rPr>
          <w:rFonts w:ascii="Arial" w:hAnsi="Arial"/>
          <w:b w:val="0"/>
          <w:i w:val="0"/>
          <w:color w:val="202636"/>
          <w:sz w:val="21"/>
        </w:rPr>
        <w:t>[Add a number only when you can explain where it came from.]</w:t>
      </w:r>
    </w:p>
    <w:p>
      <w:pPr>
        <w:pStyle w:val="ResumeEntry"/>
      </w:pPr>
      <w:r>
        <w:rPr>
          <w:rFonts w:ascii="Arial" w:hAnsi="Arial"/>
          <w:b/>
          <w:i w:val="0"/>
          <w:color w:val="202636"/>
          <w:sz w:val="21"/>
        </w:rPr>
        <w:t>[PREVIOUS JOB TITLE] | [EMPLOYER], [CITY, STATE]</w:t>
      </w:r>
    </w:p>
    <w:p>
      <w:pPr>
        <w:pStyle w:val="ResumeMeta"/>
      </w:pPr>
      <w:r>
        <w:rPr>
          <w:rFonts w:ascii="Arial" w:hAnsi="Arial"/>
          <w:b w:val="0"/>
          <w:i w:val="0"/>
          <w:color w:val="5E6676"/>
          <w:sz w:val="19"/>
        </w:rPr>
        <w:t>[Month Year - Month Year]</w:t>
      </w:r>
    </w:p>
    <w:p>
      <w:pPr>
        <w:keepLines/>
        <w:numPr>
          <w:ilvl w:val="0"/>
          <w:numId w:val="10"/>
        </w:numPr>
        <w:spacing w:before="0" w:after="40" w:line="259" w:lineRule="auto"/>
      </w:pPr>
      <w:r>
        <w:rPr>
          <w:rFonts w:ascii="Arial" w:hAnsi="Arial"/>
          <w:b w:val="0"/>
          <w:i w:val="0"/>
          <w:color w:val="202636"/>
          <w:sz w:val="21"/>
        </w:rPr>
        <w:t>[Describe one relevant action and its verified result.]</w:t>
      </w:r>
    </w:p>
    <w:p>
      <w:pPr>
        <w:keepLines/>
        <w:numPr>
          <w:ilvl w:val="0"/>
          <w:numId w:val="10"/>
        </w:numPr>
        <w:spacing w:before="0" w:after="40" w:line="259" w:lineRule="auto"/>
      </w:pPr>
      <w:r>
        <w:rPr>
          <w:rFonts w:ascii="Arial" w:hAnsi="Arial"/>
          <w:b w:val="0"/>
          <w:i w:val="0"/>
          <w:color w:val="202636"/>
          <w:sz w:val="21"/>
        </w:rPr>
        <w:t>[Describe one customer, safety, quality, process, or teamwork contribution.]</w:t>
      </w:r>
    </w:p>
    <w:p>
      <w:pPr>
        <w:pStyle w:val="Heading1"/>
      </w:pPr>
      <w:r>
        <w:t>EDUCATION &amp; TRAINING</w:t>
      </w:r>
    </w:p>
    <w:p>
      <w:pPr>
        <w:pStyle w:val="ResumeEntry"/>
      </w:pPr>
      <w:r>
        <w:rPr>
          <w:rFonts w:ascii="Arial" w:hAnsi="Arial"/>
          <w:b/>
          <w:i w:val="0"/>
          <w:color w:val="202636"/>
          <w:sz w:val="21"/>
        </w:rPr>
        <w:t>[QUALIFICATION OR COURSE] | [INSTITUTION]</w:t>
      </w:r>
    </w:p>
    <w:p>
      <w:pPr>
        <w:pStyle w:val="ResumeMeta"/>
      </w:pPr>
      <w:r>
        <w:rPr>
          <w:rFonts w:ascii="Arial" w:hAnsi="Arial"/>
          <w:b w:val="0"/>
          <w:i w:val="0"/>
          <w:color w:val="5E6676"/>
          <w:sz w:val="19"/>
        </w:rPr>
        <w:t>[Year completed or expected] | [City, State or Online]</w:t>
      </w:r>
    </w:p>
    <w:p>
      <w:pPr>
        <w:pStyle w:val="Heading1"/>
      </w:pPr>
      <w:r>
        <w:t>LICENCES &amp; CERTIFICATIONS</w:t>
      </w:r>
    </w:p>
    <w:p>
      <w:pPr>
        <w:keepLines/>
      </w:pPr>
      <w:r>
        <w:rPr>
          <w:rFonts w:ascii="Arial" w:hAnsi="Arial"/>
          <w:b w:val="0"/>
          <w:i w:val="0"/>
          <w:color w:val="202636"/>
          <w:sz w:val="21"/>
        </w:rPr>
        <w:t>[Licence or certificate] | [Issuer] | [Expiry date if relevant]</w:t>
      </w:r>
    </w:p>
    <w:p>
      <w:pPr>
        <w:pStyle w:val="Heading1"/>
      </w:pPr>
      <w:r>
        <w:t>REFERENCES</w:t>
      </w:r>
    </w:p>
    <w:p>
      <w:pPr>
        <w:keepLines/>
      </w:pPr>
      <w:r>
        <w:rPr>
          <w:rFonts w:ascii="Arial" w:hAnsi="Arial"/>
          <w:b w:val="0"/>
          <w:i w:val="0"/>
          <w:color w:val="202636"/>
          <w:sz w:val="21"/>
        </w:rPr>
        <w:t>Available upon request.</w:t>
      </w:r>
    </w:p>
    <w:sectPr>
      <w:pgSz w:w="11909" w:h="16834"/>
      <w:pgMar w:top="1080" w:right="1080" w:bottom="1080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</w:pPr>
      <w:rPr>
        <w:rFonts w:ascii="Arial" w:hAnsi="Arial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59" w:lineRule="auto"/>
    </w:pPr>
    <w:rPr>
      <w:rFonts w:ascii="Arial" w:hAnsi="Arial"/>
      <w:color w:val="20263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A2744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A2744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Entry">
    <w:name w:val="Resume Entry"/>
    <w:basedOn w:val="Normal"/>
    <w:pPr>
      <w:keepNext/>
      <w:spacing w:before="60" w:after="20"/>
    </w:pPr>
    <w:rPr>
      <w:rFonts w:ascii="Arial" w:hAnsi="Arial"/>
      <w:b/>
      <w:color w:val="202636"/>
      <w:sz w:val="21"/>
    </w:rPr>
  </w:style>
  <w:style w:type="paragraph" w:customStyle="1" w:styleId="ResumeMeta">
    <w:name w:val="Resume Meta"/>
    <w:basedOn w:val="Normal"/>
    <w:pPr>
      <w:keepNext/>
      <w:spacing w:before="0" w:after="40"/>
    </w:pPr>
    <w:rPr>
      <w:rFonts w:ascii="Arial" w:hAnsi="Arial"/>
      <w:color w:val="5E6676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Australian Resume Template</dc:title>
  <dc:subject>ATS-friendly editable resume template for Australian job applications</dc:subject>
  <dc:creator/>
  <cp:keywords>Australian resume, resume template, ATS, job application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